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E7E6" w14:textId="77777777" w:rsidR="00960C9E" w:rsidRDefault="00073CCD">
      <w:pPr>
        <w:pStyle w:val="Nadpis1"/>
      </w:pPr>
      <w:r>
        <w:t>DELEGOVÁNÍ ČLENA A NÁHRADNÍKA DO OKRSKOVÉ VOLEBNÍ KOMISE</w:t>
      </w:r>
    </w:p>
    <w:p w14:paraId="69293FCA" w14:textId="21289FB8" w:rsidR="00960C9E" w:rsidRPr="00AA0A41" w:rsidRDefault="00073CCD">
      <w:pPr>
        <w:rPr>
          <w:sz w:val="32"/>
          <w:szCs w:val="32"/>
        </w:rPr>
      </w:pPr>
      <w:proofErr w:type="spellStart"/>
      <w:r w:rsidRPr="00A05838">
        <w:rPr>
          <w:sz w:val="28"/>
          <w:szCs w:val="28"/>
        </w:rPr>
        <w:t>Volby</w:t>
      </w:r>
      <w:proofErr w:type="spellEnd"/>
      <w:r w:rsidRPr="00A05838">
        <w:rPr>
          <w:sz w:val="28"/>
          <w:szCs w:val="28"/>
        </w:rPr>
        <w:t xml:space="preserve"> do </w:t>
      </w:r>
      <w:proofErr w:type="spellStart"/>
      <w:r w:rsidRPr="00A05838">
        <w:rPr>
          <w:sz w:val="28"/>
          <w:szCs w:val="28"/>
        </w:rPr>
        <w:t>zastupitelstev</w:t>
      </w:r>
      <w:proofErr w:type="spellEnd"/>
      <w:r w:rsidRPr="00A05838">
        <w:rPr>
          <w:sz w:val="28"/>
          <w:szCs w:val="28"/>
        </w:rPr>
        <w:t xml:space="preserve"> </w:t>
      </w:r>
      <w:proofErr w:type="spellStart"/>
      <w:r w:rsidRPr="00A05838">
        <w:rPr>
          <w:sz w:val="28"/>
          <w:szCs w:val="28"/>
        </w:rPr>
        <w:t>obcí</w:t>
      </w:r>
      <w:proofErr w:type="spellEnd"/>
      <w:r w:rsidRPr="00A05838">
        <w:rPr>
          <w:sz w:val="28"/>
          <w:szCs w:val="28"/>
        </w:rPr>
        <w:t xml:space="preserve"> </w:t>
      </w:r>
      <w:proofErr w:type="spellStart"/>
      <w:r w:rsidRPr="00A05838">
        <w:rPr>
          <w:sz w:val="28"/>
          <w:szCs w:val="28"/>
        </w:rPr>
        <w:t>konané</w:t>
      </w:r>
      <w:proofErr w:type="spellEnd"/>
      <w:r w:rsidRPr="00A05838">
        <w:rPr>
          <w:sz w:val="28"/>
          <w:szCs w:val="28"/>
        </w:rPr>
        <w:t xml:space="preserve"> </w:t>
      </w:r>
      <w:proofErr w:type="spellStart"/>
      <w:r w:rsidRPr="00A05838">
        <w:rPr>
          <w:b/>
          <w:bCs/>
          <w:sz w:val="28"/>
          <w:szCs w:val="28"/>
        </w:rPr>
        <w:t>ve</w:t>
      </w:r>
      <w:proofErr w:type="spellEnd"/>
      <w:r w:rsidRPr="00A05838">
        <w:rPr>
          <w:b/>
          <w:bCs/>
          <w:sz w:val="28"/>
          <w:szCs w:val="28"/>
        </w:rPr>
        <w:t xml:space="preserve"> </w:t>
      </w:r>
      <w:proofErr w:type="spellStart"/>
      <w:r w:rsidRPr="00A05838">
        <w:rPr>
          <w:b/>
          <w:bCs/>
          <w:sz w:val="28"/>
          <w:szCs w:val="28"/>
        </w:rPr>
        <w:t>dnech</w:t>
      </w:r>
      <w:proofErr w:type="spellEnd"/>
      <w:r w:rsidRPr="00A05838">
        <w:rPr>
          <w:b/>
          <w:bCs/>
          <w:sz w:val="28"/>
          <w:szCs w:val="28"/>
        </w:rPr>
        <w:t xml:space="preserve"> 9. a 10. </w:t>
      </w:r>
      <w:proofErr w:type="spellStart"/>
      <w:r w:rsidRPr="00A05838">
        <w:rPr>
          <w:b/>
          <w:bCs/>
          <w:sz w:val="28"/>
          <w:szCs w:val="28"/>
        </w:rPr>
        <w:t>října</w:t>
      </w:r>
      <w:proofErr w:type="spellEnd"/>
      <w:r w:rsidRPr="00A05838">
        <w:rPr>
          <w:b/>
          <w:bCs/>
          <w:sz w:val="28"/>
          <w:szCs w:val="28"/>
        </w:rPr>
        <w:t xml:space="preserve"> 2026</w:t>
      </w:r>
      <w:r w:rsidRPr="00A05838">
        <w:rPr>
          <w:sz w:val="28"/>
          <w:szCs w:val="28"/>
        </w:rPr>
        <w:br/>
      </w:r>
      <w:r w:rsidRPr="00A05838">
        <w:rPr>
          <w:sz w:val="28"/>
          <w:szCs w:val="28"/>
        </w:rPr>
        <w:br/>
      </w:r>
      <w:proofErr w:type="spellStart"/>
      <w:r w:rsidRPr="00AA0A41">
        <w:rPr>
          <w:b/>
          <w:sz w:val="32"/>
          <w:szCs w:val="32"/>
        </w:rPr>
        <w:t>Registrační</w:t>
      </w:r>
      <w:proofErr w:type="spellEnd"/>
      <w:r w:rsidRPr="00AA0A41">
        <w:rPr>
          <w:b/>
          <w:sz w:val="32"/>
          <w:szCs w:val="32"/>
        </w:rPr>
        <w:t xml:space="preserve"> </w:t>
      </w:r>
      <w:proofErr w:type="spellStart"/>
      <w:r w:rsidRPr="00AA0A41">
        <w:rPr>
          <w:b/>
          <w:sz w:val="32"/>
          <w:szCs w:val="32"/>
        </w:rPr>
        <w:t>úřad</w:t>
      </w:r>
      <w:proofErr w:type="spellEnd"/>
      <w:r w:rsidRPr="00AA0A41">
        <w:rPr>
          <w:b/>
          <w:sz w:val="32"/>
          <w:szCs w:val="32"/>
        </w:rPr>
        <w:t>:</w:t>
      </w:r>
      <w:r w:rsidRPr="00AA0A41">
        <w:rPr>
          <w:sz w:val="32"/>
          <w:szCs w:val="32"/>
        </w:rPr>
        <w:t xml:space="preserve"> </w:t>
      </w:r>
      <w:proofErr w:type="spellStart"/>
      <w:r w:rsidRPr="00AA0A41">
        <w:rPr>
          <w:sz w:val="32"/>
          <w:szCs w:val="32"/>
        </w:rPr>
        <w:t>Městská</w:t>
      </w:r>
      <w:proofErr w:type="spellEnd"/>
      <w:r w:rsidRPr="00AA0A41">
        <w:rPr>
          <w:sz w:val="32"/>
          <w:szCs w:val="32"/>
        </w:rPr>
        <w:t xml:space="preserve"> </w:t>
      </w:r>
      <w:proofErr w:type="spellStart"/>
      <w:r w:rsidRPr="00AA0A41">
        <w:rPr>
          <w:sz w:val="32"/>
          <w:szCs w:val="32"/>
        </w:rPr>
        <w:t>část</w:t>
      </w:r>
      <w:proofErr w:type="spellEnd"/>
      <w:r w:rsidRPr="00AA0A41">
        <w:rPr>
          <w:sz w:val="32"/>
          <w:szCs w:val="32"/>
        </w:rPr>
        <w:t xml:space="preserve"> Praha 14    </w:t>
      </w:r>
    </w:p>
    <w:p w14:paraId="6E8105BE" w14:textId="77777777" w:rsidR="00960C9E" w:rsidRDefault="00073CCD">
      <w:proofErr w:type="spellStart"/>
      <w:r>
        <w:t>Typ</w:t>
      </w:r>
      <w:proofErr w:type="spellEnd"/>
      <w:r>
        <w:t xml:space="preserve"> </w:t>
      </w:r>
      <w:proofErr w:type="spellStart"/>
      <w:r>
        <w:t>kandidujícího</w:t>
      </w:r>
      <w:proofErr w:type="spellEnd"/>
      <w:r>
        <w:t xml:space="preserve"> </w:t>
      </w:r>
      <w:proofErr w:type="spellStart"/>
      <w:r>
        <w:t>subjektu</w:t>
      </w:r>
      <w:proofErr w:type="spellEnd"/>
      <w:r>
        <w:t xml:space="preserve"> (</w:t>
      </w:r>
      <w:proofErr w:type="spellStart"/>
      <w:r>
        <w:t>označte</w:t>
      </w:r>
      <w:proofErr w:type="spellEnd"/>
      <w:r>
        <w:t>):</w:t>
      </w:r>
    </w:p>
    <w:p w14:paraId="66C6304C" w14:textId="77777777" w:rsidR="00960C9E" w:rsidRDefault="00073CCD">
      <w:pPr>
        <w:pStyle w:val="Seznamsodrkami"/>
      </w:pPr>
      <w:r>
        <w:t>☐</w:t>
      </w:r>
      <w:r>
        <w:t xml:space="preserve"> </w:t>
      </w:r>
      <w:proofErr w:type="spellStart"/>
      <w:r>
        <w:t>politická</w:t>
      </w:r>
      <w:proofErr w:type="spellEnd"/>
      <w:r>
        <w:t xml:space="preserve"> </w:t>
      </w:r>
      <w:proofErr w:type="spellStart"/>
      <w:r>
        <w:t>strana</w:t>
      </w:r>
      <w:proofErr w:type="spellEnd"/>
    </w:p>
    <w:p w14:paraId="5C37D190" w14:textId="77777777" w:rsidR="00960C9E" w:rsidRDefault="00073CCD">
      <w:pPr>
        <w:pStyle w:val="Seznamsodrkami"/>
      </w:pPr>
      <w:r>
        <w:t>☐</w:t>
      </w:r>
      <w:r>
        <w:t xml:space="preserve"> </w:t>
      </w:r>
      <w:proofErr w:type="spellStart"/>
      <w:r>
        <w:t>politické</w:t>
      </w:r>
      <w:proofErr w:type="spellEnd"/>
      <w:r>
        <w:t xml:space="preserve"> </w:t>
      </w:r>
      <w:proofErr w:type="spellStart"/>
      <w:r>
        <w:t>hnutí</w:t>
      </w:r>
      <w:proofErr w:type="spellEnd"/>
    </w:p>
    <w:p w14:paraId="646F681D" w14:textId="77777777" w:rsidR="00960C9E" w:rsidRDefault="00073CCD">
      <w:pPr>
        <w:pStyle w:val="Seznamsodrkami"/>
      </w:pPr>
      <w:r>
        <w:t>☐</w:t>
      </w:r>
      <w:r>
        <w:t xml:space="preserve"> </w:t>
      </w:r>
      <w:proofErr w:type="spellStart"/>
      <w:r>
        <w:t>koalice</w:t>
      </w:r>
      <w:proofErr w:type="spellEnd"/>
    </w:p>
    <w:p w14:paraId="20FA0278" w14:textId="77777777" w:rsidR="00960C9E" w:rsidRDefault="00073CCD">
      <w:pPr>
        <w:pStyle w:val="Seznamsodrkami"/>
      </w:pPr>
      <w:r>
        <w:t>☐</w:t>
      </w:r>
      <w:r>
        <w:t xml:space="preserve"> </w:t>
      </w:r>
      <w:proofErr w:type="spellStart"/>
      <w:r>
        <w:t>nezávislý</w:t>
      </w:r>
      <w:proofErr w:type="spellEnd"/>
      <w:r>
        <w:t xml:space="preserve"> </w:t>
      </w:r>
      <w:proofErr w:type="spellStart"/>
      <w:r>
        <w:t>kandidát</w:t>
      </w:r>
      <w:proofErr w:type="spellEnd"/>
    </w:p>
    <w:p w14:paraId="323D7895" w14:textId="77777777" w:rsidR="00960C9E" w:rsidRDefault="00073CCD">
      <w:pPr>
        <w:pStyle w:val="Seznamsodrkami"/>
      </w:pPr>
      <w:r>
        <w:t>☐</w:t>
      </w:r>
      <w:r>
        <w:t xml:space="preserve"> </w:t>
      </w:r>
      <w:proofErr w:type="spellStart"/>
      <w:r>
        <w:t>sdružení</w:t>
      </w:r>
      <w:proofErr w:type="spellEnd"/>
      <w:r>
        <w:t xml:space="preserve"> </w:t>
      </w:r>
      <w:proofErr w:type="spellStart"/>
      <w:r>
        <w:t>nezávislých</w:t>
      </w:r>
      <w:proofErr w:type="spellEnd"/>
      <w:r>
        <w:t xml:space="preserve"> </w:t>
      </w:r>
      <w:proofErr w:type="spellStart"/>
      <w:r>
        <w:t>kandidátů</w:t>
      </w:r>
      <w:proofErr w:type="spellEnd"/>
    </w:p>
    <w:p w14:paraId="7B47AE70" w14:textId="77777777" w:rsidR="00960C9E" w:rsidRDefault="00073CCD">
      <w:pPr>
        <w:pStyle w:val="Seznamsodrkami"/>
      </w:pPr>
      <w:r>
        <w:t>☐</w:t>
      </w:r>
      <w:r>
        <w:t xml:space="preserve"> </w:t>
      </w:r>
      <w:proofErr w:type="spellStart"/>
      <w:r>
        <w:t>sdružení</w:t>
      </w:r>
      <w:proofErr w:type="spellEnd"/>
      <w:r>
        <w:t xml:space="preserve"> </w:t>
      </w:r>
      <w:proofErr w:type="spellStart"/>
      <w:r>
        <w:t>politických</w:t>
      </w:r>
      <w:proofErr w:type="spellEnd"/>
      <w:r>
        <w:t xml:space="preserve"> </w:t>
      </w:r>
      <w:proofErr w:type="spellStart"/>
      <w:r>
        <w:t>stran</w:t>
      </w:r>
      <w:proofErr w:type="spellEnd"/>
      <w:r>
        <w:t xml:space="preserve"> a/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politických</w:t>
      </w:r>
      <w:proofErr w:type="spellEnd"/>
      <w:r>
        <w:t xml:space="preserve"> </w:t>
      </w:r>
      <w:proofErr w:type="spellStart"/>
      <w:r>
        <w:t>hnutí</w:t>
      </w:r>
      <w:proofErr w:type="spellEnd"/>
      <w:r>
        <w:t xml:space="preserve"> a </w:t>
      </w:r>
      <w:proofErr w:type="spellStart"/>
      <w:r>
        <w:t>nezávislých</w:t>
      </w:r>
      <w:proofErr w:type="spellEnd"/>
      <w:r>
        <w:t xml:space="preserve"> </w:t>
      </w:r>
      <w:proofErr w:type="spellStart"/>
      <w:r>
        <w:t>kandidátů</w:t>
      </w:r>
      <w:proofErr w:type="spellEnd"/>
    </w:p>
    <w:p w14:paraId="07FBF561" w14:textId="156A132E" w:rsidR="00960C9E" w:rsidRDefault="00073CCD">
      <w:proofErr w:type="spellStart"/>
      <w:r>
        <w:t>Název</w:t>
      </w:r>
      <w:proofErr w:type="spellEnd"/>
      <w:r>
        <w:t xml:space="preserve"> </w:t>
      </w:r>
      <w:proofErr w:type="spellStart"/>
      <w:r>
        <w:t>kandidujícího</w:t>
      </w:r>
      <w:proofErr w:type="spellEnd"/>
      <w:r>
        <w:t xml:space="preserve"> </w:t>
      </w:r>
      <w:proofErr w:type="spellStart"/>
      <w:r>
        <w:t>subjektu</w:t>
      </w:r>
      <w:proofErr w:type="spellEnd"/>
      <w:r>
        <w:t>: __________________________________________</w:t>
      </w:r>
    </w:p>
    <w:p w14:paraId="680132EC" w14:textId="77777777" w:rsidR="00960C9E" w:rsidRDefault="00073CCD">
      <w:pPr>
        <w:pStyle w:val="Nadpis2"/>
      </w:pPr>
      <w:proofErr w:type="spellStart"/>
      <w:r>
        <w:t>Delegovaný</w:t>
      </w:r>
      <w:proofErr w:type="spellEnd"/>
      <w:r>
        <w:t xml:space="preserve"> </w:t>
      </w:r>
      <w:proofErr w:type="spellStart"/>
      <w:r>
        <w:t>člen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1"/>
        <w:gridCol w:w="1325"/>
        <w:gridCol w:w="1210"/>
        <w:gridCol w:w="3491"/>
        <w:gridCol w:w="2282"/>
        <w:gridCol w:w="1882"/>
        <w:gridCol w:w="1379"/>
      </w:tblGrid>
      <w:tr w:rsidR="00960C9E" w14:paraId="48CB30C3" w14:textId="77777777" w:rsidTr="00AA0A41">
        <w:trPr>
          <w:jc w:val="center"/>
        </w:trPr>
        <w:tc>
          <w:tcPr>
            <w:tcW w:w="1381" w:type="dxa"/>
          </w:tcPr>
          <w:p w14:paraId="110B79C7" w14:textId="77777777" w:rsidR="00960C9E" w:rsidRDefault="00073CCD">
            <w:r>
              <w:t>Č. OVK</w:t>
            </w:r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  <w:tc>
          <w:tcPr>
            <w:tcW w:w="1340" w:type="dxa"/>
          </w:tcPr>
          <w:p w14:paraId="004B8C4E" w14:textId="77777777" w:rsidR="00960C9E" w:rsidRDefault="00073CCD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</w:p>
        </w:tc>
        <w:tc>
          <w:tcPr>
            <w:tcW w:w="1218" w:type="dxa"/>
          </w:tcPr>
          <w:p w14:paraId="6D524AF9" w14:textId="77777777" w:rsidR="00960C9E" w:rsidRDefault="00073CCD">
            <w:r>
              <w:t xml:space="preserve">Datum </w:t>
            </w:r>
            <w:proofErr w:type="spellStart"/>
            <w:r>
              <w:t>narození</w:t>
            </w:r>
            <w:proofErr w:type="spellEnd"/>
          </w:p>
        </w:tc>
        <w:tc>
          <w:tcPr>
            <w:tcW w:w="3622" w:type="dxa"/>
          </w:tcPr>
          <w:p w14:paraId="09132CF8" w14:textId="77777777" w:rsidR="00960C9E" w:rsidRDefault="00073CCD">
            <w:proofErr w:type="spellStart"/>
            <w:r>
              <w:t>Trvalý</w:t>
            </w:r>
            <w:proofErr w:type="spellEnd"/>
            <w:r>
              <w:t xml:space="preserve"> </w:t>
            </w:r>
            <w:proofErr w:type="spellStart"/>
            <w:r>
              <w:t>pobyt</w:t>
            </w:r>
            <w:proofErr w:type="spellEnd"/>
            <w:r>
              <w:t xml:space="preserve"> (</w:t>
            </w:r>
            <w:proofErr w:type="spellStart"/>
            <w:r>
              <w:t>úplná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>)</w:t>
            </w:r>
          </w:p>
        </w:tc>
        <w:tc>
          <w:tcPr>
            <w:tcW w:w="2328" w:type="dxa"/>
          </w:tcPr>
          <w:p w14:paraId="3FB0E75B" w14:textId="77777777" w:rsidR="00960C9E" w:rsidRDefault="00073CCD">
            <w:r>
              <w:t xml:space="preserve">ID DS / </w:t>
            </w:r>
            <w:proofErr w:type="spellStart"/>
            <w:r>
              <w:t>kontaktní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  <w:tc>
          <w:tcPr>
            <w:tcW w:w="1908" w:type="dxa"/>
          </w:tcPr>
          <w:p w14:paraId="00A86FEB" w14:textId="77777777" w:rsidR="00960C9E" w:rsidRDefault="00073CCD">
            <w:r>
              <w:t>E-mail</w:t>
            </w:r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  <w:tc>
          <w:tcPr>
            <w:tcW w:w="1379" w:type="dxa"/>
          </w:tcPr>
          <w:p w14:paraId="58DA4663" w14:textId="77777777" w:rsidR="00960C9E" w:rsidRDefault="00073CCD">
            <w:proofErr w:type="spellStart"/>
            <w:r>
              <w:t>Telefon</w:t>
            </w:r>
            <w:proofErr w:type="spellEnd"/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</w:tr>
      <w:tr w:rsidR="00960C9E" w14:paraId="55BCA6EF" w14:textId="77777777" w:rsidTr="00AA0A41">
        <w:trPr>
          <w:trHeight w:val="993"/>
          <w:jc w:val="center"/>
        </w:trPr>
        <w:tc>
          <w:tcPr>
            <w:tcW w:w="1381" w:type="dxa"/>
          </w:tcPr>
          <w:p w14:paraId="361A8441" w14:textId="77777777" w:rsidR="00960C9E" w:rsidRDefault="00960C9E"/>
        </w:tc>
        <w:tc>
          <w:tcPr>
            <w:tcW w:w="1340" w:type="dxa"/>
          </w:tcPr>
          <w:p w14:paraId="32507C2B" w14:textId="77777777" w:rsidR="00960C9E" w:rsidRDefault="00960C9E"/>
        </w:tc>
        <w:tc>
          <w:tcPr>
            <w:tcW w:w="1218" w:type="dxa"/>
          </w:tcPr>
          <w:p w14:paraId="54B84D32" w14:textId="77777777" w:rsidR="00960C9E" w:rsidRDefault="00960C9E"/>
        </w:tc>
        <w:tc>
          <w:tcPr>
            <w:tcW w:w="3622" w:type="dxa"/>
          </w:tcPr>
          <w:p w14:paraId="3D764D42" w14:textId="77777777" w:rsidR="00960C9E" w:rsidRDefault="00960C9E"/>
        </w:tc>
        <w:tc>
          <w:tcPr>
            <w:tcW w:w="2328" w:type="dxa"/>
          </w:tcPr>
          <w:p w14:paraId="7E7EAB7F" w14:textId="77777777" w:rsidR="00960C9E" w:rsidRDefault="00960C9E"/>
        </w:tc>
        <w:tc>
          <w:tcPr>
            <w:tcW w:w="1908" w:type="dxa"/>
          </w:tcPr>
          <w:p w14:paraId="5C863520" w14:textId="77777777" w:rsidR="00960C9E" w:rsidRDefault="00960C9E"/>
        </w:tc>
        <w:tc>
          <w:tcPr>
            <w:tcW w:w="1379" w:type="dxa"/>
          </w:tcPr>
          <w:p w14:paraId="23B0EE8F" w14:textId="77777777" w:rsidR="00960C9E" w:rsidRDefault="00960C9E"/>
        </w:tc>
      </w:tr>
    </w:tbl>
    <w:p w14:paraId="415D0780" w14:textId="77777777" w:rsidR="00960C9E" w:rsidRDefault="00960C9E"/>
    <w:p w14:paraId="28F589D3" w14:textId="77777777" w:rsidR="00960C9E" w:rsidRDefault="00073CCD">
      <w:pPr>
        <w:pStyle w:val="Nadpis2"/>
      </w:pPr>
      <w:proofErr w:type="spellStart"/>
      <w:r>
        <w:lastRenderedPageBreak/>
        <w:t>Náhradník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80"/>
        <w:gridCol w:w="2007"/>
        <w:gridCol w:w="1046"/>
        <w:gridCol w:w="3571"/>
        <w:gridCol w:w="1820"/>
        <w:gridCol w:w="1550"/>
        <w:gridCol w:w="1576"/>
      </w:tblGrid>
      <w:tr w:rsidR="00960C9E" w14:paraId="21C35BA1" w14:textId="77777777" w:rsidTr="00AA0A41">
        <w:trPr>
          <w:jc w:val="center"/>
        </w:trPr>
        <w:tc>
          <w:tcPr>
            <w:tcW w:w="1379" w:type="dxa"/>
          </w:tcPr>
          <w:p w14:paraId="6EB532B3" w14:textId="77777777" w:rsidR="00960C9E" w:rsidRDefault="00073CCD">
            <w:r>
              <w:t>Č. OVK</w:t>
            </w:r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  <w:tc>
          <w:tcPr>
            <w:tcW w:w="2057" w:type="dxa"/>
          </w:tcPr>
          <w:p w14:paraId="3866EF12" w14:textId="77777777" w:rsidR="00960C9E" w:rsidRDefault="00073CCD">
            <w:proofErr w:type="spellStart"/>
            <w:r>
              <w:t>Jméno</w:t>
            </w:r>
            <w:proofErr w:type="spellEnd"/>
            <w:r>
              <w:t xml:space="preserve"> a </w:t>
            </w:r>
            <w:proofErr w:type="spellStart"/>
            <w:r>
              <w:t>příjmení</w:t>
            </w:r>
            <w:proofErr w:type="spellEnd"/>
          </w:p>
        </w:tc>
        <w:tc>
          <w:tcPr>
            <w:tcW w:w="1046" w:type="dxa"/>
          </w:tcPr>
          <w:p w14:paraId="5FEE4AB2" w14:textId="77777777" w:rsidR="00960C9E" w:rsidRDefault="00073CCD">
            <w:r>
              <w:t xml:space="preserve">Datum </w:t>
            </w:r>
            <w:proofErr w:type="spellStart"/>
            <w:r>
              <w:t>narození</w:t>
            </w:r>
            <w:proofErr w:type="spellEnd"/>
          </w:p>
        </w:tc>
        <w:tc>
          <w:tcPr>
            <w:tcW w:w="3706" w:type="dxa"/>
          </w:tcPr>
          <w:p w14:paraId="53B4819A" w14:textId="77777777" w:rsidR="00960C9E" w:rsidRDefault="00073CCD">
            <w:proofErr w:type="spellStart"/>
            <w:r>
              <w:t>Trvalý</w:t>
            </w:r>
            <w:proofErr w:type="spellEnd"/>
            <w:r>
              <w:t xml:space="preserve"> </w:t>
            </w:r>
            <w:proofErr w:type="spellStart"/>
            <w:r>
              <w:t>pobyt</w:t>
            </w:r>
            <w:proofErr w:type="spellEnd"/>
            <w:r>
              <w:t xml:space="preserve"> (</w:t>
            </w:r>
            <w:proofErr w:type="spellStart"/>
            <w:r>
              <w:t>úplná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>)</w:t>
            </w:r>
          </w:p>
        </w:tc>
        <w:tc>
          <w:tcPr>
            <w:tcW w:w="1843" w:type="dxa"/>
          </w:tcPr>
          <w:p w14:paraId="4EDCE336" w14:textId="77777777" w:rsidR="00960C9E" w:rsidRDefault="00073CCD">
            <w:r>
              <w:t xml:space="preserve">ID DS / </w:t>
            </w:r>
            <w:proofErr w:type="spellStart"/>
            <w:r>
              <w:t>kontaktní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14:paraId="0B056889" w14:textId="77777777" w:rsidR="00960C9E" w:rsidRDefault="00073CCD">
            <w:r>
              <w:t>E-mail</w:t>
            </w:r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  <w:tc>
          <w:tcPr>
            <w:tcW w:w="1586" w:type="dxa"/>
          </w:tcPr>
          <w:p w14:paraId="6988020B" w14:textId="77777777" w:rsidR="00960C9E" w:rsidRDefault="00073CCD">
            <w:proofErr w:type="spellStart"/>
            <w:r>
              <w:t>Telefon</w:t>
            </w:r>
            <w:proofErr w:type="spellEnd"/>
            <w:r>
              <w:br/>
              <w:t>(</w:t>
            </w:r>
            <w:proofErr w:type="spellStart"/>
            <w:r>
              <w:t>nepovinné</w:t>
            </w:r>
            <w:proofErr w:type="spellEnd"/>
            <w:r>
              <w:t>)</w:t>
            </w:r>
          </w:p>
        </w:tc>
      </w:tr>
      <w:tr w:rsidR="00960C9E" w14:paraId="53AD8AD5" w14:textId="77777777" w:rsidTr="00AA0A41">
        <w:trPr>
          <w:jc w:val="center"/>
        </w:trPr>
        <w:tc>
          <w:tcPr>
            <w:tcW w:w="1379" w:type="dxa"/>
          </w:tcPr>
          <w:p w14:paraId="537AAB1F" w14:textId="77777777" w:rsidR="00960C9E" w:rsidRDefault="00960C9E"/>
          <w:p w14:paraId="3DEB6E0B" w14:textId="77777777" w:rsidR="00AA0A41" w:rsidRDefault="00AA0A41"/>
          <w:p w14:paraId="15B3ABEB" w14:textId="77777777" w:rsidR="00AA0A41" w:rsidRDefault="00AA0A41"/>
          <w:p w14:paraId="5E9EFE16" w14:textId="77777777" w:rsidR="00AA0A41" w:rsidRDefault="00AA0A41"/>
        </w:tc>
        <w:tc>
          <w:tcPr>
            <w:tcW w:w="2057" w:type="dxa"/>
          </w:tcPr>
          <w:p w14:paraId="14868097" w14:textId="77777777" w:rsidR="00960C9E" w:rsidRDefault="00960C9E"/>
        </w:tc>
        <w:tc>
          <w:tcPr>
            <w:tcW w:w="1046" w:type="dxa"/>
          </w:tcPr>
          <w:p w14:paraId="06FFD83B" w14:textId="77777777" w:rsidR="00960C9E" w:rsidRDefault="00960C9E"/>
        </w:tc>
        <w:tc>
          <w:tcPr>
            <w:tcW w:w="3706" w:type="dxa"/>
          </w:tcPr>
          <w:p w14:paraId="20170BD4" w14:textId="77777777" w:rsidR="00960C9E" w:rsidRDefault="00960C9E"/>
        </w:tc>
        <w:tc>
          <w:tcPr>
            <w:tcW w:w="1843" w:type="dxa"/>
          </w:tcPr>
          <w:p w14:paraId="2F2D86EE" w14:textId="77777777" w:rsidR="00960C9E" w:rsidRDefault="00960C9E"/>
        </w:tc>
        <w:tc>
          <w:tcPr>
            <w:tcW w:w="1559" w:type="dxa"/>
          </w:tcPr>
          <w:p w14:paraId="009E13CF" w14:textId="77777777" w:rsidR="00960C9E" w:rsidRDefault="00960C9E"/>
        </w:tc>
        <w:tc>
          <w:tcPr>
            <w:tcW w:w="1586" w:type="dxa"/>
          </w:tcPr>
          <w:p w14:paraId="4B6A9A48" w14:textId="77777777" w:rsidR="00960C9E" w:rsidRDefault="00960C9E"/>
        </w:tc>
      </w:tr>
    </w:tbl>
    <w:p w14:paraId="43B3E80B" w14:textId="77777777" w:rsidR="00960C9E" w:rsidRDefault="00073CCD">
      <w:pPr>
        <w:pStyle w:val="Nadpis2"/>
      </w:pPr>
      <w:proofErr w:type="spellStart"/>
      <w:r>
        <w:t>Upozornění</w:t>
      </w:r>
      <w:proofErr w:type="spellEnd"/>
    </w:p>
    <w:p w14:paraId="67D9BF97" w14:textId="5908E9FE" w:rsidR="00960C9E" w:rsidRDefault="00073CCD">
      <w:proofErr w:type="spellStart"/>
      <w:r w:rsidRPr="002C15A9">
        <w:rPr>
          <w:b/>
          <w:bCs/>
        </w:rPr>
        <w:t>Delegování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musí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být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doručeno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registračnímu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úřadu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nejpozději</w:t>
      </w:r>
      <w:proofErr w:type="spellEnd"/>
      <w:r w:rsidRPr="002C15A9">
        <w:rPr>
          <w:b/>
          <w:bCs/>
        </w:rPr>
        <w:t xml:space="preserve"> do 16:00 </w:t>
      </w:r>
      <w:proofErr w:type="spellStart"/>
      <w:r w:rsidRPr="002C15A9">
        <w:rPr>
          <w:b/>
          <w:bCs/>
        </w:rPr>
        <w:t>hodin</w:t>
      </w:r>
      <w:proofErr w:type="spellEnd"/>
      <w:r w:rsidRPr="002C15A9">
        <w:rPr>
          <w:b/>
          <w:bCs/>
        </w:rPr>
        <w:t xml:space="preserve"> </w:t>
      </w:r>
      <w:proofErr w:type="spellStart"/>
      <w:r w:rsidRPr="002C15A9">
        <w:rPr>
          <w:b/>
          <w:bCs/>
        </w:rPr>
        <w:t>dne</w:t>
      </w:r>
      <w:proofErr w:type="spellEnd"/>
      <w:r w:rsidRPr="002C15A9">
        <w:rPr>
          <w:b/>
          <w:bCs/>
        </w:rPr>
        <w:t xml:space="preserve"> 9. </w:t>
      </w:r>
      <w:proofErr w:type="spellStart"/>
      <w:r w:rsidRPr="002C15A9">
        <w:rPr>
          <w:b/>
          <w:bCs/>
        </w:rPr>
        <w:t>září</w:t>
      </w:r>
      <w:proofErr w:type="spellEnd"/>
      <w:r w:rsidRPr="002C15A9">
        <w:rPr>
          <w:b/>
          <w:bCs/>
        </w:rPr>
        <w:t xml:space="preserve"> 2026.</w:t>
      </w:r>
      <w:r>
        <w:br/>
      </w:r>
      <w:proofErr w:type="spellStart"/>
      <w:r>
        <w:t>Delegovaný</w:t>
      </w:r>
      <w:proofErr w:type="spellEnd"/>
      <w:r>
        <w:t xml:space="preserve"> </w:t>
      </w:r>
      <w:proofErr w:type="spellStart"/>
      <w:r>
        <w:t>člen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zúčastnit</w:t>
      </w:r>
      <w:proofErr w:type="spellEnd"/>
      <w:r>
        <w:t xml:space="preserve"> se </w:t>
      </w:r>
      <w:proofErr w:type="spellStart"/>
      <w:r>
        <w:t>prvního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OVK</w:t>
      </w:r>
    </w:p>
    <w:p w14:paraId="21A3459F" w14:textId="77777777" w:rsidR="00A05838" w:rsidRPr="00936EB1" w:rsidRDefault="00A05838" w:rsidP="00A05838">
      <w:r w:rsidRPr="00936EB1">
        <w:t xml:space="preserve">Datum: </w:t>
      </w:r>
      <w:r w:rsidRPr="00936EB1">
        <w:rPr>
          <w:b/>
          <w:bCs/>
        </w:rPr>
        <w:t>16.09.2026</w:t>
      </w:r>
    </w:p>
    <w:p w14:paraId="0FB2AA60" w14:textId="0DDF5A4E" w:rsidR="00A05838" w:rsidRPr="00936EB1" w:rsidRDefault="00A05838" w:rsidP="00A05838">
      <w:pPr>
        <w:spacing w:after="160" w:line="259" w:lineRule="auto"/>
      </w:pPr>
      <w:r w:rsidRPr="00936EB1">
        <w:t xml:space="preserve">Adresa: </w:t>
      </w:r>
      <w:r>
        <w:t xml:space="preserve">ZŠ </w:t>
      </w:r>
      <w:hyperlink r:id="rId8" w:history="1">
        <w:proofErr w:type="spellStart"/>
        <w:r w:rsidRPr="00936EB1">
          <w:rPr>
            <w:rStyle w:val="Hypertextovodkaz"/>
            <w:color w:val="000000" w:themeColor="text1"/>
            <w:u w:val="none"/>
          </w:rPr>
          <w:t>Bří</w:t>
        </w:r>
        <w:proofErr w:type="spellEnd"/>
        <w:r w:rsidRPr="00936EB1">
          <w:rPr>
            <w:rStyle w:val="Hypertextovodkaz"/>
            <w:color w:val="000000" w:themeColor="text1"/>
            <w:u w:val="none"/>
          </w:rPr>
          <w:t>. Venclíků 1140, 198 00 Praha 14-Černý Most</w:t>
        </w:r>
      </w:hyperlink>
    </w:p>
    <w:p w14:paraId="7B3E572D" w14:textId="4C9824B9" w:rsidR="00A05838" w:rsidRDefault="00A05838" w:rsidP="00A05838"/>
    <w:p w14:paraId="2797FCA4" w14:textId="77777777" w:rsidR="00960C9E" w:rsidRDefault="00073CCD">
      <w:r>
        <w:br/>
      </w: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zmocněnce</w:t>
      </w:r>
      <w:proofErr w:type="spellEnd"/>
      <w:r>
        <w:t>: __________________________________________</w:t>
      </w:r>
    </w:p>
    <w:p w14:paraId="7BA02F99" w14:textId="3AB0FA23" w:rsidR="008F3464" w:rsidRPr="005A47E7" w:rsidRDefault="008F3464" w:rsidP="008F3464">
      <w:pPr>
        <w:ind w:left="426" w:hanging="426"/>
        <w:jc w:val="both"/>
        <w:rPr>
          <w:color w:val="000000" w:themeColor="text1"/>
        </w:rPr>
      </w:pPr>
      <w:proofErr w:type="spellStart"/>
      <w:r w:rsidRPr="005A47E7">
        <w:rPr>
          <w:color w:val="000000" w:themeColor="text1"/>
        </w:rPr>
        <w:t>popř</w:t>
      </w:r>
      <w:proofErr w:type="spellEnd"/>
      <w:r w:rsidRPr="008F3464">
        <w:rPr>
          <w:color w:val="000000" w:themeColor="text1"/>
        </w:rPr>
        <w:t xml:space="preserve">. </w:t>
      </w:r>
      <w:proofErr w:type="spellStart"/>
      <w:r w:rsidRPr="008F3464">
        <w:rPr>
          <w:color w:val="000000" w:themeColor="text1"/>
        </w:rPr>
        <w:t>jiné</w:t>
      </w:r>
      <w:proofErr w:type="spellEnd"/>
      <w:r w:rsidRPr="008F3464">
        <w:rPr>
          <w:color w:val="000000" w:themeColor="text1"/>
        </w:rPr>
        <w:t xml:space="preserve"> </w:t>
      </w:r>
      <w:proofErr w:type="spellStart"/>
      <w:r w:rsidRPr="008F3464">
        <w:rPr>
          <w:color w:val="000000" w:themeColor="text1"/>
        </w:rPr>
        <w:t>osoby</w:t>
      </w:r>
      <w:proofErr w:type="spellEnd"/>
      <w:r w:rsidRPr="005A47E7">
        <w:rPr>
          <w:color w:val="000000" w:themeColor="text1"/>
        </w:rPr>
        <w:t xml:space="preserve">, </w:t>
      </w:r>
      <w:proofErr w:type="spellStart"/>
      <w:r w:rsidRPr="005A47E7">
        <w:rPr>
          <w:color w:val="000000" w:themeColor="text1"/>
        </w:rPr>
        <w:t>která</w:t>
      </w:r>
      <w:proofErr w:type="spellEnd"/>
      <w:r w:rsidRPr="005A47E7">
        <w:rPr>
          <w:color w:val="000000" w:themeColor="text1"/>
        </w:rPr>
        <w:t xml:space="preserve"> je k </w:t>
      </w:r>
      <w:proofErr w:type="spellStart"/>
      <w:r w:rsidRPr="005A47E7">
        <w:rPr>
          <w:color w:val="000000" w:themeColor="text1"/>
        </w:rPr>
        <w:t>provedení</w:t>
      </w:r>
      <w:proofErr w:type="spellEnd"/>
      <w:r w:rsidRPr="005A47E7">
        <w:rPr>
          <w:color w:val="000000" w:themeColor="text1"/>
        </w:rPr>
        <w:t xml:space="preserve"> </w:t>
      </w:r>
      <w:proofErr w:type="spellStart"/>
      <w:r w:rsidRPr="005A47E7">
        <w:rPr>
          <w:color w:val="000000" w:themeColor="text1"/>
        </w:rPr>
        <w:t>delegování</w:t>
      </w:r>
      <w:proofErr w:type="spellEnd"/>
      <w:r w:rsidRPr="005A47E7">
        <w:rPr>
          <w:color w:val="000000" w:themeColor="text1"/>
        </w:rPr>
        <w:t xml:space="preserve"> </w:t>
      </w:r>
      <w:proofErr w:type="spellStart"/>
      <w:r w:rsidRPr="005A47E7">
        <w:rPr>
          <w:color w:val="000000" w:themeColor="text1"/>
        </w:rPr>
        <w:t>písemně</w:t>
      </w:r>
      <w:proofErr w:type="spellEnd"/>
      <w:r w:rsidRPr="005A47E7">
        <w:rPr>
          <w:color w:val="000000" w:themeColor="text1"/>
        </w:rPr>
        <w:t xml:space="preserve"> </w:t>
      </w:r>
      <w:proofErr w:type="spellStart"/>
      <w:r w:rsidRPr="005A47E7">
        <w:rPr>
          <w:color w:val="000000" w:themeColor="text1"/>
        </w:rPr>
        <w:t>zmocněncem</w:t>
      </w:r>
      <w:proofErr w:type="spellEnd"/>
      <w:r w:rsidRPr="005A47E7">
        <w:rPr>
          <w:color w:val="000000" w:themeColor="text1"/>
        </w:rPr>
        <w:t xml:space="preserve"> </w:t>
      </w:r>
      <w:proofErr w:type="spellStart"/>
      <w:r w:rsidRPr="005A47E7">
        <w:rPr>
          <w:color w:val="000000" w:themeColor="text1"/>
        </w:rPr>
        <w:t>pověřena</w:t>
      </w:r>
      <w:proofErr w:type="spellEnd"/>
      <w:r w:rsidRPr="005A47E7">
        <w:rPr>
          <w:color w:val="000000" w:themeColor="text1"/>
        </w:rPr>
        <w:t xml:space="preserve">, </w:t>
      </w:r>
      <w:r w:rsidRPr="005A47E7">
        <w:rPr>
          <w:color w:val="000000" w:themeColor="text1"/>
        </w:rPr>
        <w:tab/>
      </w:r>
      <w:r w:rsidRPr="005A47E7">
        <w:rPr>
          <w:color w:val="000000" w:themeColor="text1"/>
        </w:rPr>
        <w:tab/>
      </w:r>
      <w:r w:rsidRPr="005A47E7">
        <w:rPr>
          <w:color w:val="000000" w:themeColor="text1"/>
        </w:rPr>
        <w:tab/>
      </w:r>
      <w:r w:rsidRPr="005A47E7">
        <w:rPr>
          <w:color w:val="000000" w:themeColor="text1"/>
        </w:rPr>
        <w:tab/>
      </w:r>
    </w:p>
    <w:p w14:paraId="4B4F043C" w14:textId="287C9A33" w:rsidR="008F3464" w:rsidRPr="005A47E7" w:rsidRDefault="008F3464" w:rsidP="008F3464">
      <w:pPr>
        <w:ind w:left="426" w:hanging="426"/>
        <w:jc w:val="both"/>
        <w:rPr>
          <w:color w:val="000000" w:themeColor="text1"/>
          <w:sz w:val="20"/>
          <w:szCs w:val="20"/>
        </w:rPr>
      </w:pPr>
      <w:proofErr w:type="spellStart"/>
      <w:r w:rsidRPr="005A47E7">
        <w:rPr>
          <w:color w:val="000000" w:themeColor="text1"/>
        </w:rPr>
        <w:t>přičemž</w:t>
      </w:r>
      <w:proofErr w:type="spellEnd"/>
      <w:r w:rsidRPr="005A47E7">
        <w:rPr>
          <w:color w:val="000000" w:themeColor="text1"/>
        </w:rPr>
        <w:t xml:space="preserve"> </w:t>
      </w:r>
      <w:proofErr w:type="spellStart"/>
      <w:r w:rsidRPr="005A47E7">
        <w:rPr>
          <w:color w:val="000000" w:themeColor="text1"/>
          <w:u w:val="single"/>
        </w:rPr>
        <w:t>kopie</w:t>
      </w:r>
      <w:proofErr w:type="spellEnd"/>
      <w:r w:rsidRPr="005A47E7">
        <w:rPr>
          <w:color w:val="000000" w:themeColor="text1"/>
          <w:u w:val="single"/>
        </w:rPr>
        <w:t xml:space="preserve"> </w:t>
      </w:r>
      <w:proofErr w:type="spellStart"/>
      <w:r w:rsidRPr="005A47E7">
        <w:rPr>
          <w:color w:val="000000" w:themeColor="text1"/>
          <w:u w:val="single"/>
        </w:rPr>
        <w:t>takového</w:t>
      </w:r>
      <w:proofErr w:type="spellEnd"/>
      <w:r w:rsidRPr="005A47E7">
        <w:rPr>
          <w:color w:val="000000" w:themeColor="text1"/>
          <w:u w:val="single"/>
        </w:rPr>
        <w:t xml:space="preserve"> </w:t>
      </w:r>
      <w:proofErr w:type="spellStart"/>
      <w:r w:rsidRPr="005A47E7">
        <w:rPr>
          <w:color w:val="000000" w:themeColor="text1"/>
          <w:u w:val="single"/>
        </w:rPr>
        <w:t>zmocnění</w:t>
      </w:r>
      <w:proofErr w:type="spellEnd"/>
      <w:r w:rsidRPr="005A47E7">
        <w:rPr>
          <w:color w:val="000000" w:themeColor="text1"/>
          <w:u w:val="single"/>
        </w:rPr>
        <w:t xml:space="preserve"> je k </w:t>
      </w:r>
      <w:proofErr w:type="spellStart"/>
      <w:r w:rsidRPr="005A47E7">
        <w:rPr>
          <w:color w:val="000000" w:themeColor="text1"/>
          <w:u w:val="single"/>
        </w:rPr>
        <w:t>tomuto</w:t>
      </w:r>
      <w:proofErr w:type="spellEnd"/>
      <w:r w:rsidRPr="005A47E7">
        <w:rPr>
          <w:color w:val="000000" w:themeColor="text1"/>
          <w:u w:val="single"/>
        </w:rPr>
        <w:t xml:space="preserve"> </w:t>
      </w:r>
      <w:proofErr w:type="spellStart"/>
      <w:r w:rsidRPr="005A47E7">
        <w:rPr>
          <w:color w:val="000000" w:themeColor="text1"/>
          <w:u w:val="single"/>
        </w:rPr>
        <w:t>seznamu</w:t>
      </w:r>
      <w:proofErr w:type="spellEnd"/>
      <w:r w:rsidRPr="005A47E7">
        <w:rPr>
          <w:color w:val="000000" w:themeColor="text1"/>
          <w:u w:val="single"/>
        </w:rPr>
        <w:t xml:space="preserve"> </w:t>
      </w:r>
      <w:proofErr w:type="spellStart"/>
      <w:r w:rsidRPr="005A47E7">
        <w:rPr>
          <w:color w:val="000000" w:themeColor="text1"/>
          <w:u w:val="single"/>
        </w:rPr>
        <w:t>přiložena</w:t>
      </w:r>
      <w:proofErr w:type="spellEnd"/>
      <w:r w:rsidR="00417274">
        <w:rPr>
          <w:color w:val="000000" w:themeColor="text1"/>
          <w:u w:val="single"/>
        </w:rPr>
        <w:t>.</w:t>
      </w:r>
    </w:p>
    <w:p w14:paraId="01D24B52" w14:textId="77777777" w:rsidR="008F3464" w:rsidRDefault="008F3464"/>
    <w:p w14:paraId="5424DC7A" w14:textId="77777777" w:rsidR="00960C9E" w:rsidRDefault="00073CCD">
      <w:r>
        <w:br/>
        <w:t xml:space="preserve">V __________________ </w:t>
      </w:r>
      <w:proofErr w:type="spellStart"/>
      <w:r>
        <w:t>dne</w:t>
      </w:r>
      <w:proofErr w:type="spellEnd"/>
      <w:r>
        <w:t xml:space="preserve"> ________________</w:t>
      </w:r>
    </w:p>
    <w:p w14:paraId="252B03D2" w14:textId="77777777" w:rsidR="00960C9E" w:rsidRDefault="00073CCD">
      <w:r>
        <w:br/>
      </w:r>
      <w:proofErr w:type="spellStart"/>
      <w:r>
        <w:t>Podpis</w:t>
      </w:r>
      <w:proofErr w:type="spellEnd"/>
      <w:r>
        <w:t>: _________________________________</w:t>
      </w:r>
    </w:p>
    <w:sectPr w:rsidR="00960C9E" w:rsidSect="009D0A45">
      <w:footerReference w:type="default" r:id="rId9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537C" w14:textId="77777777" w:rsidR="00073CCD" w:rsidRDefault="00073CCD" w:rsidP="00AA0A41">
      <w:pPr>
        <w:spacing w:after="0" w:line="240" w:lineRule="auto"/>
      </w:pPr>
      <w:r>
        <w:separator/>
      </w:r>
    </w:p>
  </w:endnote>
  <w:endnote w:type="continuationSeparator" w:id="0">
    <w:p w14:paraId="65236D40" w14:textId="77777777" w:rsidR="00073CCD" w:rsidRDefault="00073CCD" w:rsidP="00AA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3748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01651D" w14:textId="6B6336A6" w:rsidR="00AA0A41" w:rsidRDefault="00AA0A41">
            <w:pPr>
              <w:pStyle w:val="Zpat"/>
              <w:jc w:val="center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38E5AA" w14:textId="77777777" w:rsidR="00AA0A41" w:rsidRDefault="00AA0A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79CF" w14:textId="77777777" w:rsidR="00073CCD" w:rsidRDefault="00073CCD" w:rsidP="00AA0A41">
      <w:pPr>
        <w:spacing w:after="0" w:line="240" w:lineRule="auto"/>
      </w:pPr>
      <w:r>
        <w:separator/>
      </w:r>
    </w:p>
  </w:footnote>
  <w:footnote w:type="continuationSeparator" w:id="0">
    <w:p w14:paraId="7286E768" w14:textId="77777777" w:rsidR="00073CCD" w:rsidRDefault="00073CCD" w:rsidP="00AA0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2174819">
    <w:abstractNumId w:val="8"/>
  </w:num>
  <w:num w:numId="2" w16cid:durableId="20326013">
    <w:abstractNumId w:val="6"/>
  </w:num>
  <w:num w:numId="3" w16cid:durableId="332993030">
    <w:abstractNumId w:val="5"/>
  </w:num>
  <w:num w:numId="4" w16cid:durableId="1848905736">
    <w:abstractNumId w:val="4"/>
  </w:num>
  <w:num w:numId="5" w16cid:durableId="1034307163">
    <w:abstractNumId w:val="7"/>
  </w:num>
  <w:num w:numId="6" w16cid:durableId="1783643918">
    <w:abstractNumId w:val="3"/>
  </w:num>
  <w:num w:numId="7" w16cid:durableId="1762413143">
    <w:abstractNumId w:val="2"/>
  </w:num>
  <w:num w:numId="8" w16cid:durableId="2094428427">
    <w:abstractNumId w:val="1"/>
  </w:num>
  <w:num w:numId="9" w16cid:durableId="983463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CCD"/>
    <w:rsid w:val="0015074B"/>
    <w:rsid w:val="00271EED"/>
    <w:rsid w:val="0029639D"/>
    <w:rsid w:val="002C15A9"/>
    <w:rsid w:val="002D22F2"/>
    <w:rsid w:val="002D2738"/>
    <w:rsid w:val="00326F90"/>
    <w:rsid w:val="00391445"/>
    <w:rsid w:val="00417274"/>
    <w:rsid w:val="006B5A61"/>
    <w:rsid w:val="008732CC"/>
    <w:rsid w:val="008F3464"/>
    <w:rsid w:val="00960C9E"/>
    <w:rsid w:val="009D0A45"/>
    <w:rsid w:val="00A05838"/>
    <w:rsid w:val="00AA0A4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C241E"/>
  <w14:defaultImageDpi w14:val="300"/>
  <w15:docId w15:val="{019D1622-64C7-47ED-9BE1-78B5D4CA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A058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cad=rja&amp;uact=8&amp;ved=2ahUKEwiu9_e_3rGVAxWVi_0HHR3FOX4Q4kB6BAghEAM&amp;url=%2Fmaps%2Fplace%2F%2Fdata%3D!4m2!3m1!1s0x470bed48726f6a7f%3A0x6183cc4653e302e6%3Fsa%3DX%26ved%3D1t%3A8290%26ictx%3D111&amp;usg=AOvVaw2n6phpYLm2HxcGvzsUuP8C&amp;opi=899784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1421</Characters>
  <Application>Microsoft Office Word</Application>
  <DocSecurity>4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Berná Veronika</cp:lastModifiedBy>
  <cp:revision>2</cp:revision>
  <dcterms:created xsi:type="dcterms:W3CDTF">2026-07-02T07:07:00Z</dcterms:created>
  <dcterms:modified xsi:type="dcterms:W3CDTF">2026-07-02T07:07:00Z</dcterms:modified>
  <cp:category/>
</cp:coreProperties>
</file>